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7F4" w:rsidRDefault="00A73578">
      <w:pPr>
        <w:pBdr>
          <w:bottom w:val="single" w:sz="12" w:space="4" w:color="1E3A8A"/>
        </w:pBdr>
      </w:pPr>
      <w:r>
        <w:rPr>
          <w:b/>
          <w:color w:val="1E3A8A"/>
          <w:sz w:val="30"/>
        </w:rPr>
        <w:t>ŽÁDOST O VRÁCENÍ PLATBY (VRATKU)</w:t>
      </w:r>
    </w:p>
    <w:p w:rsidR="000267F4" w:rsidRDefault="00A73578">
      <w:r>
        <w:rPr>
          <w:i/>
          <w:sz w:val="18"/>
        </w:rPr>
        <w:t>Při odhlášení dítěte z příměstského tábora — TISKOPIS / FORMULÁŘ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0267F4">
        <w:tc>
          <w:tcPr>
            <w:tcW w:w="540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267F4" w:rsidRPr="007052E1" w:rsidRDefault="00A73578" w:rsidP="007052E1">
            <w:pPr>
              <w:spacing w:after="80"/>
              <w:rPr>
                <w:b/>
                <w:i/>
              </w:rPr>
            </w:pPr>
            <w:r w:rsidRPr="007052E1">
              <w:rPr>
                <w:b/>
                <w:i/>
              </w:rPr>
              <w:t>Pořadatel tábora</w:t>
            </w:r>
            <w:r w:rsidRPr="007052E1">
              <w:rPr>
                <w:b/>
                <w:i/>
              </w:rPr>
              <w:t>:</w:t>
            </w:r>
          </w:p>
          <w:p w:rsidR="007052E1" w:rsidRPr="007052E1" w:rsidRDefault="007052E1" w:rsidP="007052E1">
            <w:pPr>
              <w:spacing w:after="60"/>
              <w:rPr>
                <w:b/>
              </w:rPr>
            </w:pPr>
            <w:r w:rsidRPr="007052E1">
              <w:rPr>
                <w:b/>
              </w:rPr>
              <w:t>Středisko pro volný čas dětí a mládeže Šipka, Kroměříž, Úprkova 3268, příspěvková organizace</w:t>
            </w:r>
          </w:p>
          <w:p w:rsidR="000267F4" w:rsidRDefault="007052E1" w:rsidP="007052E1">
            <w:pPr>
              <w:spacing w:after="60"/>
            </w:pPr>
            <w:r>
              <w:t>Úprkova 3268/25</w:t>
            </w:r>
          </w:p>
          <w:p w:rsidR="007052E1" w:rsidRDefault="007052E1" w:rsidP="007052E1">
            <w:pPr>
              <w:spacing w:after="60"/>
            </w:pPr>
            <w:r>
              <w:t>767 01 Kroměříž</w:t>
            </w:r>
          </w:p>
          <w:p w:rsidR="000267F4" w:rsidRDefault="000267F4"/>
        </w:tc>
        <w:tc>
          <w:tcPr>
            <w:tcW w:w="540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267F4" w:rsidRPr="007052E1" w:rsidRDefault="00A73578">
            <w:pPr>
              <w:spacing w:after="80"/>
              <w:rPr>
                <w:i/>
              </w:rPr>
            </w:pPr>
            <w:r w:rsidRPr="007052E1">
              <w:rPr>
                <w:b/>
                <w:i/>
              </w:rPr>
              <w:t>Zákonný zástupce dítěte (Odesílatel):</w:t>
            </w:r>
          </w:p>
          <w:p w:rsidR="007052E1" w:rsidRPr="007052E1" w:rsidRDefault="007052E1">
            <w:pPr>
              <w:rPr>
                <w:sz w:val="10"/>
              </w:rPr>
            </w:pPr>
          </w:p>
          <w:p w:rsidR="000267F4" w:rsidRDefault="00A73578">
            <w:r>
              <w:t>Jméno a příjmení: .............................................................</w:t>
            </w:r>
          </w:p>
          <w:p w:rsidR="007052E1" w:rsidRDefault="007052E1"/>
          <w:p w:rsidR="000267F4" w:rsidRDefault="002219C7">
            <w:r>
              <w:t>Telefon / e</w:t>
            </w:r>
            <w:r w:rsidR="00A73578">
              <w:t>-mail: ...............................................................</w:t>
            </w:r>
          </w:p>
        </w:tc>
      </w:tr>
    </w:tbl>
    <w:p w:rsidR="000267F4" w:rsidRDefault="00A73578">
      <w:pPr>
        <w:pBdr>
          <w:bottom w:val="single" w:sz="6" w:space="4" w:color="1E3A8A"/>
        </w:pBdr>
        <w:spacing w:before="120" w:after="120"/>
      </w:pPr>
      <w:r>
        <w:rPr>
          <w:b/>
          <w:color w:val="1E3A8A"/>
        </w:rPr>
        <w:t>1. Identifikake přihlášky a dítěte</w:t>
      </w:r>
    </w:p>
    <w:p w:rsidR="007052E1" w:rsidRDefault="007052E1">
      <w:pPr>
        <w:spacing w:after="80"/>
      </w:pPr>
    </w:p>
    <w:p w:rsidR="000267F4" w:rsidRDefault="00A73578">
      <w:pPr>
        <w:spacing w:after="80"/>
      </w:pPr>
      <w:r>
        <w:t>Jméno a příjmení dítěte: ....................................................................   Datum narození: .......</w:t>
      </w:r>
      <w:r>
        <w:t>.................................</w:t>
      </w:r>
      <w:bookmarkStart w:id="0" w:name="_GoBack"/>
      <w:bookmarkEnd w:id="0"/>
    </w:p>
    <w:p w:rsidR="007052E1" w:rsidRDefault="007052E1">
      <w:pPr>
        <w:spacing w:after="80"/>
      </w:pPr>
    </w:p>
    <w:p w:rsidR="000267F4" w:rsidRDefault="00A73578">
      <w:pPr>
        <w:spacing w:after="80"/>
      </w:pPr>
      <w:r>
        <w:t>Název příměstského tábora: .........................................................................................................................</w:t>
      </w:r>
    </w:p>
    <w:p w:rsidR="007052E1" w:rsidRDefault="007052E1">
      <w:pPr>
        <w:spacing w:after="80"/>
      </w:pPr>
    </w:p>
    <w:p w:rsidR="000267F4" w:rsidRDefault="00A73578">
      <w:pPr>
        <w:spacing w:after="160"/>
      </w:pPr>
      <w:r>
        <w:t>Termín konání (</w:t>
      </w:r>
      <w:proofErr w:type="gramStart"/>
      <w:r>
        <w:t>od</w:t>
      </w:r>
      <w:proofErr w:type="gramEnd"/>
      <w:r>
        <w:t xml:space="preserve"> - do): ................................................</w:t>
      </w:r>
      <w:r>
        <w:t>....   Číslo přihlášky / Variabilní symbol: .........................</w:t>
      </w:r>
    </w:p>
    <w:p w:rsidR="007052E1" w:rsidRDefault="007052E1">
      <w:pPr>
        <w:pBdr>
          <w:bottom w:val="single" w:sz="6" w:space="4" w:color="1E3A8A"/>
        </w:pBdr>
        <w:spacing w:before="120" w:after="120"/>
        <w:rPr>
          <w:b/>
          <w:color w:val="1E3A8A"/>
        </w:rPr>
      </w:pPr>
    </w:p>
    <w:p w:rsidR="000267F4" w:rsidRDefault="00A73578">
      <w:pPr>
        <w:pBdr>
          <w:bottom w:val="single" w:sz="6" w:space="4" w:color="1E3A8A"/>
        </w:pBdr>
        <w:spacing w:before="120" w:after="120"/>
      </w:pPr>
      <w:r>
        <w:rPr>
          <w:b/>
          <w:color w:val="1E3A8A"/>
        </w:rPr>
        <w:t>2. Informace o původní platbě</w:t>
      </w:r>
    </w:p>
    <w:p w:rsidR="007052E1" w:rsidRDefault="007052E1">
      <w:pPr>
        <w:spacing w:after="160"/>
      </w:pPr>
    </w:p>
    <w:p w:rsidR="000267F4" w:rsidRDefault="00A73578">
      <w:pPr>
        <w:spacing w:after="160"/>
      </w:pPr>
      <w:r>
        <w:t>Uhrazená částka (Kč): ..........................   Datum úhrady: ..........................   Z účtu číslo: ...........................................</w:t>
      </w:r>
    </w:p>
    <w:p w:rsidR="007052E1" w:rsidRPr="007052E1" w:rsidRDefault="007052E1">
      <w:pPr>
        <w:pBdr>
          <w:bottom w:val="single" w:sz="6" w:space="4" w:color="1E3A8A"/>
        </w:pBdr>
        <w:spacing w:before="120" w:after="120"/>
        <w:rPr>
          <w:b/>
          <w:color w:val="1E3A8A"/>
          <w:sz w:val="6"/>
        </w:rPr>
      </w:pPr>
    </w:p>
    <w:p w:rsidR="000267F4" w:rsidRDefault="00A73578">
      <w:pPr>
        <w:pBdr>
          <w:bottom w:val="single" w:sz="6" w:space="4" w:color="1E3A8A"/>
        </w:pBdr>
        <w:spacing w:before="120" w:after="120"/>
      </w:pPr>
      <w:r>
        <w:rPr>
          <w:b/>
          <w:color w:val="1E3A8A"/>
        </w:rPr>
        <w:t xml:space="preserve">3. </w:t>
      </w:r>
      <w:r>
        <w:rPr>
          <w:b/>
          <w:color w:val="1E3A8A"/>
        </w:rPr>
        <w:t>Důvod odhlášení dítěte</w:t>
      </w:r>
    </w:p>
    <w:p w:rsidR="000267F4" w:rsidRDefault="00A73578">
      <w:pPr>
        <w:spacing w:after="60"/>
      </w:pPr>
      <w:r>
        <w:t>[  ]  Zdravotní důvody na straně dítěte (v příloze dokládám potvrzení od lékaře)</w:t>
      </w:r>
    </w:p>
    <w:p w:rsidR="000267F4" w:rsidRDefault="00A73578">
      <w:pPr>
        <w:spacing w:after="60"/>
      </w:pPr>
      <w:r>
        <w:t>[  ]  Vážné rodinné nebo osobní důvody</w:t>
      </w:r>
    </w:p>
    <w:p w:rsidR="000267F4" w:rsidRDefault="00A73578">
      <w:pPr>
        <w:spacing w:after="160"/>
      </w:pPr>
      <w:r>
        <w:t>[  ]  Jiný důvod: ...............................................................................................</w:t>
      </w:r>
      <w:r>
        <w:t>..........................................................</w:t>
      </w:r>
    </w:p>
    <w:p w:rsidR="007052E1" w:rsidRDefault="007052E1">
      <w:pPr>
        <w:pBdr>
          <w:bottom w:val="single" w:sz="6" w:space="4" w:color="1E3A8A"/>
        </w:pBdr>
        <w:spacing w:before="120" w:after="120"/>
        <w:rPr>
          <w:b/>
          <w:color w:val="1E3A8A"/>
        </w:rPr>
      </w:pPr>
    </w:p>
    <w:p w:rsidR="000267F4" w:rsidRDefault="00A73578">
      <w:pPr>
        <w:pBdr>
          <w:bottom w:val="single" w:sz="6" w:space="4" w:color="1E3A8A"/>
        </w:pBdr>
        <w:spacing w:before="120" w:after="120"/>
      </w:pPr>
      <w:r>
        <w:rPr>
          <w:b/>
          <w:color w:val="1E3A8A"/>
        </w:rPr>
        <w:t>4. Požadovaný způsob vrácení finančních prostředků</w:t>
      </w:r>
    </w:p>
    <w:p w:rsidR="000267F4" w:rsidRDefault="00A73578">
      <w:pPr>
        <w:spacing w:after="80"/>
      </w:pPr>
      <w:r>
        <w:t>Žám o vrácení uhrazené částky (případně její části ponížené o storno poplatek v souladu s obchodními podmínkami) na účet:</w:t>
      </w:r>
    </w:p>
    <w:p w:rsidR="000267F4" w:rsidRDefault="00A73578">
      <w:r>
        <w:t xml:space="preserve">Číslo účtu / kód banky: </w:t>
      </w:r>
      <w:r>
        <w:t>....................................................</w:t>
      </w:r>
      <w:r w:rsidR="007052E1">
        <w:t>............</w:t>
      </w:r>
      <w:r>
        <w:t xml:space="preserve">   Majitel účtu: ...........................................................</w:t>
      </w:r>
    </w:p>
    <w:p w:rsidR="000267F4" w:rsidRDefault="00A73578">
      <w:pPr>
        <w:spacing w:after="400"/>
      </w:pPr>
      <w:r>
        <w:t xml:space="preserve">Beru </w:t>
      </w:r>
      <w:proofErr w:type="gramStart"/>
      <w:r>
        <w:t>na</w:t>
      </w:r>
      <w:proofErr w:type="gramEnd"/>
      <w:r>
        <w:t xml:space="preserve"> vědomí storno podmínky pořadatele tábora a souhlasím, že případná vratka bude vypočtena a vyplacena </w:t>
      </w:r>
      <w:r w:rsidR="002219C7">
        <w:br/>
      </w:r>
      <w:r>
        <w:t xml:space="preserve">v souladu s těmito </w:t>
      </w:r>
      <w:r>
        <w:t xml:space="preserve">podmínkami. </w:t>
      </w:r>
    </w:p>
    <w:p w:rsidR="002219C7" w:rsidRDefault="002219C7">
      <w:pPr>
        <w:spacing w:after="400"/>
      </w:pPr>
    </w:p>
    <w:p w:rsidR="007052E1" w:rsidRDefault="007052E1" w:rsidP="007052E1">
      <w:r>
        <w:t xml:space="preserve">V ....................................................... </w:t>
      </w:r>
      <w:proofErr w:type="gramStart"/>
      <w:r>
        <w:t>dne .......................................</w:t>
      </w:r>
      <w:proofErr w:type="gram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0267F4" w:rsidTr="007052E1">
        <w:trPr>
          <w:trHeight w:val="981"/>
        </w:trPr>
        <w:tc>
          <w:tcPr>
            <w:tcW w:w="5400" w:type="dxa"/>
          </w:tcPr>
          <w:p w:rsidR="000267F4" w:rsidRDefault="000267F4"/>
        </w:tc>
        <w:tc>
          <w:tcPr>
            <w:tcW w:w="5400" w:type="dxa"/>
          </w:tcPr>
          <w:p w:rsidR="000267F4" w:rsidRDefault="00A73578">
            <w:pPr>
              <w:jc w:val="center"/>
            </w:pPr>
            <w:r>
              <w:t>......................................................</w:t>
            </w:r>
            <w:r>
              <w:br/>
              <w:t>Podpis zákonného zástupce</w:t>
            </w:r>
          </w:p>
        </w:tc>
      </w:tr>
    </w:tbl>
    <w:p w:rsidR="00A73578" w:rsidRDefault="00A73578" w:rsidP="007052E1"/>
    <w:sectPr w:rsidR="00A73578" w:rsidSect="002219C7">
      <w:pgSz w:w="12240" w:h="15840"/>
      <w:pgMar w:top="720" w:right="720" w:bottom="14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67F4"/>
    <w:rsid w:val="00034616"/>
    <w:rsid w:val="0006063C"/>
    <w:rsid w:val="0015074B"/>
    <w:rsid w:val="002219C7"/>
    <w:rsid w:val="0029639D"/>
    <w:rsid w:val="00326F90"/>
    <w:rsid w:val="007052E1"/>
    <w:rsid w:val="00A7357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13376D"/>
  <w14:defaultImageDpi w14:val="300"/>
  <w15:docId w15:val="{9C43BEF8-1FFE-49F3-9110-FD99648C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93F"/>
    <w:rPr>
      <w:rFonts w:ascii="Arial" w:hAnsi="Arial"/>
      <w:color w:val="2C3E50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70DB7F-2D1B-4ACE-B844-5266B237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304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3</cp:revision>
  <cp:lastPrinted>2026-06-10T11:32:00Z</cp:lastPrinted>
  <dcterms:created xsi:type="dcterms:W3CDTF">2026-06-10T11:32:00Z</dcterms:created>
  <dcterms:modified xsi:type="dcterms:W3CDTF">2026-06-10T11:34:00Z</dcterms:modified>
  <cp:category/>
</cp:coreProperties>
</file>